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2E58BEF" w14:textId="77777777" w:rsidR="000126DC" w:rsidRDefault="00000000" w:rsidP="002052DB">
      <w:pPr>
        <w:jc w:val="both"/>
      </w:pPr>
      <w:r>
        <w:rPr>
          <w:b/>
          <w:sz w:val="30"/>
        </w:rPr>
        <w:t>Solicitud de información sobre itinerancia o desempeño en más de un centro</w:t>
      </w:r>
    </w:p>
    <w:p w14:paraId="4B363CC5" w14:textId="25ADD1FB" w:rsidR="000126DC" w:rsidRDefault="00000000" w:rsidP="002052DB">
      <w:pPr>
        <w:spacing w:after="100"/>
        <w:jc w:val="both"/>
      </w:pPr>
      <w:r>
        <w:t xml:space="preserve">Maestro/a de Audición y Lenguaje (037) · Provincia de </w:t>
      </w:r>
      <w:r w:rsidR="002052DB">
        <w:t>_____________</w:t>
      </w:r>
    </w:p>
    <w:p w14:paraId="50745BA1" w14:textId="77777777" w:rsidR="002052DB" w:rsidRDefault="002052DB" w:rsidP="002052DB">
      <w:pPr>
        <w:jc w:val="both"/>
        <w:rPr>
          <w:b/>
          <w:sz w:val="24"/>
        </w:rPr>
      </w:pPr>
    </w:p>
    <w:p w14:paraId="7AC62F73" w14:textId="185D5AE2" w:rsidR="000126DC" w:rsidRDefault="00000000" w:rsidP="002052DB">
      <w:pPr>
        <w:jc w:val="both"/>
      </w:pPr>
      <w:r>
        <w:rPr>
          <w:b/>
          <w:sz w:val="24"/>
        </w:rPr>
        <w:t xml:space="preserve">1. </w:t>
      </w:r>
      <w:proofErr w:type="gramStart"/>
      <w:r>
        <w:rPr>
          <w:b/>
          <w:sz w:val="24"/>
        </w:rPr>
        <w:t>Tesis</w:t>
      </w:r>
      <w:proofErr w:type="gramEnd"/>
      <w:r>
        <w:rPr>
          <w:b/>
          <w:sz w:val="24"/>
        </w:rPr>
        <w:t xml:space="preserve"> que debe sostener el escrito</w:t>
      </w:r>
    </w:p>
    <w:p w14:paraId="20173F79" w14:textId="77777777" w:rsidR="000126DC" w:rsidRDefault="00000000" w:rsidP="002052DB">
      <w:pPr>
        <w:spacing w:after="100"/>
        <w:ind w:firstLine="720"/>
        <w:jc w:val="both"/>
      </w:pPr>
      <w:r>
        <w:t xml:space="preserve">La cuestión no debe plantearse como «si un maestro de AL puede itinerar», sino como </w:t>
      </w:r>
      <w:r>
        <w:rPr>
          <w:b/>
        </w:rPr>
        <w:t>qué características tenía el puesto concreto que fue ofertado y adjudicado y cuál es la base jurídica y administrativa para exigir ahora que se desempeñe en más de un centro</w:t>
      </w:r>
      <w:r>
        <w:t>.</w:t>
      </w:r>
    </w:p>
    <w:p w14:paraId="36EABFA0" w14:textId="77777777" w:rsidR="000126DC" w:rsidRDefault="00000000" w:rsidP="002052DB">
      <w:pPr>
        <w:spacing w:after="100"/>
        <w:ind w:firstLine="720"/>
        <w:jc w:val="both"/>
      </w:pPr>
      <w:r>
        <w:t xml:space="preserve">La Orden de 20 de agosto de 2010 contempla para el profesorado especializado en atención a alumnado con necesidades educativas especiales la prestación </w:t>
      </w:r>
      <w:r>
        <w:rPr>
          <w:b/>
        </w:rPr>
        <w:t>con carácter fijo en su centro</w:t>
      </w:r>
      <w:r>
        <w:t xml:space="preserve"> o </w:t>
      </w:r>
      <w:r>
        <w:rPr>
          <w:b/>
        </w:rPr>
        <w:t>con carácter itinerante</w:t>
      </w:r>
      <w:r>
        <w:t>, de acuerdo con la planificación de la Delegación. Su artículo 17 regula además el horario del profesorado que desempeña puestos compartidos con otros centros. Ese artículo regula la situación de un puesto compartido; no demuestra por sí mismo que cualquier plaza ordinaria 037 de AL adjudicada en un único centro sea compartida.</w:t>
      </w:r>
    </w:p>
    <w:p w14:paraId="66C63F94" w14:textId="77777777" w:rsidR="000126DC" w:rsidRDefault="00000000" w:rsidP="002052DB">
      <w:pPr>
        <w:spacing w:after="100"/>
        <w:ind w:firstLine="720"/>
        <w:jc w:val="both"/>
      </w:pPr>
      <w:r>
        <w:t>El artículo 24.3 del Decreto 302/2010 es especialmente relevante porque dispone que deben identificarse los puestos itinerantes y los que impliquen desempeño en más de un centro. Por ello, debe comprobarse cómo aparecía configurada e identificada la plaza en el procedimiento de provisión.</w:t>
      </w:r>
    </w:p>
    <w:p w14:paraId="45AB6A4F" w14:textId="77777777" w:rsidR="002052DB" w:rsidRDefault="002052DB" w:rsidP="002052DB">
      <w:pPr>
        <w:jc w:val="both"/>
        <w:rPr>
          <w:b/>
          <w:sz w:val="24"/>
        </w:rPr>
      </w:pPr>
    </w:p>
    <w:p w14:paraId="5E820487" w14:textId="08267036" w:rsidR="000126DC" w:rsidRDefault="00000000" w:rsidP="002052DB">
      <w:pPr>
        <w:jc w:val="both"/>
      </w:pPr>
      <w:r>
        <w:rPr>
          <w:b/>
          <w:sz w:val="24"/>
        </w:rPr>
        <w:t>2. Puestos con características que deben comprobarse</w:t>
      </w:r>
    </w:p>
    <w:p w14:paraId="3CF4A13C" w14:textId="77777777" w:rsidR="000126DC" w:rsidRDefault="00000000" w:rsidP="002052DB">
      <w:pPr>
        <w:spacing w:after="100"/>
        <w:ind w:firstLine="720"/>
        <w:jc w:val="both"/>
      </w:pPr>
      <w:r>
        <w:t xml:space="preserve">El escrito contempla específicamente </w:t>
      </w:r>
      <w:r>
        <w:rPr>
          <w:b/>
        </w:rPr>
        <w:t>puestos voluntarios, EOE, puestos específicos y CPR</w:t>
      </w:r>
      <w:r>
        <w:t>, según la regulación y convocatoria aplicables, y exige comprobar su identificación en la correspondiente relación de puestos/adjudicación. No se afirma de forma absoluta que ningún otro supuesto pueda existir: se pide a la Administración que identifique la base concreta de la itinerancia en el puesto de la interesada.</w:t>
      </w:r>
    </w:p>
    <w:p w14:paraId="0FDA4DBF" w14:textId="77777777" w:rsidR="000126DC" w:rsidRDefault="00000000" w:rsidP="002052DB">
      <w:pPr>
        <w:spacing w:after="100"/>
        <w:jc w:val="both"/>
      </w:pPr>
      <w:r>
        <w:rPr>
          <w:b/>
        </w:rPr>
        <w:t>Objetivo:</w:t>
      </w:r>
      <w:r>
        <w:t xml:space="preserve"> si la plaza 037 de AL fue ofertada y adjudicada como puesto ordinario adscrito a un único centro y no aparecía identificada con carácter itinerante o con desempeño en más de un centro, que la Administración explique documentalmente por qué se exige ahora esa prestación.</w:t>
      </w:r>
    </w:p>
    <w:p w14:paraId="74A44335" w14:textId="77777777" w:rsidR="002052DB" w:rsidRDefault="002052DB" w:rsidP="002052DB">
      <w:pPr>
        <w:jc w:val="both"/>
        <w:rPr>
          <w:b/>
          <w:sz w:val="24"/>
        </w:rPr>
      </w:pPr>
    </w:p>
    <w:p w14:paraId="44E54EC9" w14:textId="5C1A365C" w:rsidR="000126DC" w:rsidRDefault="00000000" w:rsidP="002052DB">
      <w:pPr>
        <w:jc w:val="both"/>
      </w:pPr>
      <w:r>
        <w:rPr>
          <w:b/>
          <w:sz w:val="24"/>
        </w:rPr>
        <w:t>3. Documentación a solicitar</w:t>
      </w:r>
    </w:p>
    <w:p w14:paraId="57D4397D" w14:textId="77777777" w:rsidR="00EA773C" w:rsidRDefault="00000000" w:rsidP="00EA773C">
      <w:pPr>
        <w:pStyle w:val="Prrafodelista"/>
        <w:numPr>
          <w:ilvl w:val="0"/>
          <w:numId w:val="10"/>
        </w:numPr>
        <w:spacing w:after="100"/>
        <w:jc w:val="both"/>
      </w:pPr>
      <w:proofErr w:type="spellStart"/>
      <w:r>
        <w:t>Identificación</w:t>
      </w:r>
      <w:proofErr w:type="spellEnd"/>
      <w:r>
        <w:t xml:space="preserve"> completa del </w:t>
      </w:r>
      <w:proofErr w:type="spellStart"/>
      <w:r>
        <w:t>puesto</w:t>
      </w:r>
      <w:proofErr w:type="spellEnd"/>
      <w:r>
        <w:t xml:space="preserve">: </w:t>
      </w:r>
      <w:proofErr w:type="spellStart"/>
      <w:r>
        <w:t>código</w:t>
      </w:r>
      <w:proofErr w:type="spellEnd"/>
      <w:r>
        <w:t xml:space="preserve">, especialidad 037, centro, </w:t>
      </w:r>
      <w:proofErr w:type="spellStart"/>
      <w:r>
        <w:t>localidad</w:t>
      </w:r>
      <w:proofErr w:type="spellEnd"/>
      <w:r>
        <w:t xml:space="preserve"> y </w:t>
      </w:r>
      <w:proofErr w:type="spellStart"/>
      <w:r>
        <w:t>carácter</w:t>
      </w:r>
      <w:proofErr w:type="spellEnd"/>
      <w:r>
        <w:t xml:space="preserve"> </w:t>
      </w:r>
      <w:proofErr w:type="spellStart"/>
      <w:r>
        <w:t>ordinario</w:t>
      </w:r>
      <w:proofErr w:type="spellEnd"/>
      <w:r>
        <w:t>/</w:t>
      </w:r>
      <w:proofErr w:type="spellStart"/>
      <w:r>
        <w:t>específico</w:t>
      </w:r>
      <w:proofErr w:type="spellEnd"/>
      <w:r>
        <w:t>/</w:t>
      </w:r>
      <w:proofErr w:type="spellStart"/>
      <w:r>
        <w:t>itinerante</w:t>
      </w:r>
      <w:proofErr w:type="spellEnd"/>
      <w:r>
        <w:t>/</w:t>
      </w:r>
      <w:proofErr w:type="spellStart"/>
      <w:r>
        <w:t>compartido</w:t>
      </w:r>
      <w:proofErr w:type="spellEnd"/>
      <w:r>
        <w:t>.</w:t>
      </w:r>
    </w:p>
    <w:p w14:paraId="73DB5513" w14:textId="77777777" w:rsidR="00EA773C" w:rsidRDefault="00000000" w:rsidP="00EA773C">
      <w:pPr>
        <w:pStyle w:val="Prrafodelista"/>
        <w:numPr>
          <w:ilvl w:val="0"/>
          <w:numId w:val="10"/>
        </w:numPr>
        <w:spacing w:after="100"/>
        <w:jc w:val="both"/>
      </w:pPr>
      <w:proofErr w:type="spellStart"/>
      <w:r>
        <w:t>Relación</w:t>
      </w:r>
      <w:proofErr w:type="spellEnd"/>
      <w:r>
        <w:t xml:space="preserve"> de </w:t>
      </w:r>
      <w:proofErr w:type="spellStart"/>
      <w:r>
        <w:t>vacantes</w:t>
      </w:r>
      <w:proofErr w:type="spellEnd"/>
      <w:r>
        <w:t xml:space="preserve">, </w:t>
      </w:r>
      <w:proofErr w:type="spellStart"/>
      <w:r>
        <w:t>plantilla</w:t>
      </w:r>
      <w:proofErr w:type="spellEnd"/>
      <w:r>
        <w:t xml:space="preserve"> y </w:t>
      </w:r>
      <w:proofErr w:type="spellStart"/>
      <w:r>
        <w:t>documentación</w:t>
      </w:r>
      <w:proofErr w:type="spellEnd"/>
      <w:r>
        <w:t xml:space="preserve"> </w:t>
      </w:r>
      <w:proofErr w:type="spellStart"/>
      <w:r>
        <w:t>publicada</w:t>
      </w:r>
      <w:proofErr w:type="spellEnd"/>
      <w:r>
        <w:t xml:space="preserve"> </w:t>
      </w:r>
      <w:proofErr w:type="spellStart"/>
      <w:r>
        <w:t>en</w:t>
      </w:r>
      <w:proofErr w:type="spellEnd"/>
      <w:r>
        <w:t xml:space="preserve"> el </w:t>
      </w:r>
      <w:proofErr w:type="spellStart"/>
      <w:r>
        <w:t>procedimiento</w:t>
      </w:r>
      <w:proofErr w:type="spellEnd"/>
      <w:r>
        <w:t xml:space="preserve"> de </w:t>
      </w:r>
      <w:proofErr w:type="spellStart"/>
      <w:r>
        <w:t>provisión</w:t>
      </w:r>
      <w:proofErr w:type="spellEnd"/>
      <w:r>
        <w:t>.</w:t>
      </w:r>
    </w:p>
    <w:p w14:paraId="5D3A0BF7" w14:textId="77777777" w:rsidR="00EA773C" w:rsidRDefault="00000000" w:rsidP="00EA773C">
      <w:pPr>
        <w:pStyle w:val="Prrafodelista"/>
        <w:numPr>
          <w:ilvl w:val="0"/>
          <w:numId w:val="10"/>
        </w:numPr>
        <w:spacing w:after="100"/>
        <w:jc w:val="both"/>
      </w:pPr>
      <w:proofErr w:type="spellStart"/>
      <w:r>
        <w:t>Documento</w:t>
      </w:r>
      <w:proofErr w:type="spellEnd"/>
      <w:r>
        <w:t xml:space="preserve"> </w:t>
      </w:r>
      <w:proofErr w:type="spellStart"/>
      <w:r>
        <w:t>concreto</w:t>
      </w:r>
      <w:proofErr w:type="spellEnd"/>
      <w:r>
        <w:t xml:space="preserve"> </w:t>
      </w:r>
      <w:proofErr w:type="spellStart"/>
      <w:r>
        <w:t>donde</w:t>
      </w:r>
      <w:proofErr w:type="spellEnd"/>
      <w:r>
        <w:t xml:space="preserve">, </w:t>
      </w:r>
      <w:proofErr w:type="spellStart"/>
      <w:r>
        <w:t>en</w:t>
      </w:r>
      <w:proofErr w:type="spellEnd"/>
      <w:r>
        <w:t xml:space="preserve"> su caso, constara que el puesto era itinerante o implicaba desempeño en </w:t>
      </w:r>
      <w:proofErr w:type="spellStart"/>
      <w:r>
        <w:t>más</w:t>
      </w:r>
      <w:proofErr w:type="spellEnd"/>
      <w:r>
        <w:t xml:space="preserve"> de un </w:t>
      </w:r>
      <w:proofErr w:type="spellStart"/>
      <w:r>
        <w:t>centro</w:t>
      </w:r>
      <w:proofErr w:type="spellEnd"/>
      <w:r>
        <w:t>.</w:t>
      </w:r>
    </w:p>
    <w:p w14:paraId="00E15B2C" w14:textId="77777777" w:rsidR="00EA773C" w:rsidRDefault="00000000" w:rsidP="00EA773C">
      <w:pPr>
        <w:pStyle w:val="Prrafodelista"/>
        <w:numPr>
          <w:ilvl w:val="0"/>
          <w:numId w:val="10"/>
        </w:numPr>
        <w:spacing w:after="100"/>
        <w:jc w:val="both"/>
      </w:pPr>
      <w:r>
        <w:t xml:space="preserve">Si la </w:t>
      </w:r>
      <w:proofErr w:type="spellStart"/>
      <w:r>
        <w:t>característica</w:t>
      </w:r>
      <w:proofErr w:type="spellEnd"/>
      <w:r>
        <w:t xml:space="preserve"> no </w:t>
      </w:r>
      <w:proofErr w:type="spellStart"/>
      <w:r>
        <w:t>constaba</w:t>
      </w:r>
      <w:proofErr w:type="spellEnd"/>
      <w:r>
        <w:t xml:space="preserve"> </w:t>
      </w:r>
      <w:proofErr w:type="spellStart"/>
      <w:r>
        <w:t>inicialmente</w:t>
      </w:r>
      <w:proofErr w:type="spellEnd"/>
      <w:r>
        <w:t xml:space="preserve">: acto administrativo posterior, órgano, fecha, expediente, fundamento jurídico y </w:t>
      </w:r>
      <w:proofErr w:type="spellStart"/>
      <w:r>
        <w:t>fecha</w:t>
      </w:r>
      <w:proofErr w:type="spellEnd"/>
      <w:r>
        <w:t xml:space="preserve"> de </w:t>
      </w:r>
      <w:proofErr w:type="spellStart"/>
      <w:r>
        <w:t>efectos</w:t>
      </w:r>
      <w:proofErr w:type="spellEnd"/>
      <w:r>
        <w:t>.</w:t>
      </w:r>
    </w:p>
    <w:p w14:paraId="49E7E1EE" w14:textId="77777777" w:rsidR="00EA773C" w:rsidRDefault="00000000" w:rsidP="00EA773C">
      <w:pPr>
        <w:pStyle w:val="Prrafodelista"/>
        <w:numPr>
          <w:ilvl w:val="0"/>
          <w:numId w:val="10"/>
        </w:numPr>
        <w:spacing w:after="100"/>
        <w:jc w:val="both"/>
      </w:pPr>
      <w:proofErr w:type="spellStart"/>
      <w:r>
        <w:t>Planificación</w:t>
      </w:r>
      <w:proofErr w:type="spellEnd"/>
      <w:r>
        <w:t xml:space="preserve"> de la </w:t>
      </w:r>
      <w:proofErr w:type="spellStart"/>
      <w:r>
        <w:t>Delegación</w:t>
      </w:r>
      <w:proofErr w:type="spellEnd"/>
      <w:r>
        <w:t xml:space="preserve"> que </w:t>
      </w:r>
      <w:proofErr w:type="spellStart"/>
      <w:r>
        <w:t>afecta</w:t>
      </w:r>
      <w:proofErr w:type="spellEnd"/>
      <w:r>
        <w:t xml:space="preserve"> al </w:t>
      </w:r>
      <w:proofErr w:type="spellStart"/>
      <w:r>
        <w:t>puesto</w:t>
      </w:r>
      <w:proofErr w:type="spellEnd"/>
      <w:r>
        <w:t xml:space="preserve"> </w:t>
      </w:r>
      <w:proofErr w:type="spellStart"/>
      <w:r>
        <w:t>concreto</w:t>
      </w:r>
      <w:proofErr w:type="spellEnd"/>
      <w:r>
        <w:t>.</w:t>
      </w:r>
    </w:p>
    <w:p w14:paraId="681BB0BD" w14:textId="44F6C4C7" w:rsidR="000126DC" w:rsidRDefault="00000000" w:rsidP="00EA773C">
      <w:pPr>
        <w:pStyle w:val="Prrafodelista"/>
        <w:numPr>
          <w:ilvl w:val="0"/>
          <w:numId w:val="10"/>
        </w:numPr>
        <w:spacing w:after="100"/>
        <w:jc w:val="both"/>
      </w:pPr>
      <w:proofErr w:type="spellStart"/>
      <w:r>
        <w:t>Acceso</w:t>
      </w:r>
      <w:proofErr w:type="spellEnd"/>
      <w:r>
        <w:t xml:space="preserve"> y </w:t>
      </w:r>
      <w:proofErr w:type="spellStart"/>
      <w:r>
        <w:t>copia</w:t>
      </w:r>
      <w:proofErr w:type="spellEnd"/>
      <w:r>
        <w:t xml:space="preserve"> del </w:t>
      </w:r>
      <w:proofErr w:type="spellStart"/>
      <w:r>
        <w:t>expediente</w:t>
      </w:r>
      <w:proofErr w:type="spellEnd"/>
      <w:r>
        <w:t xml:space="preserve"> administrativo relacionado con la adjudicación y con la decisión de itinerancia/desempeño en más de un centro.</w:t>
      </w:r>
    </w:p>
    <w:p w14:paraId="095841BE" w14:textId="77777777" w:rsidR="000126DC" w:rsidRDefault="00000000" w:rsidP="00EA773C">
      <w:pPr>
        <w:pStyle w:val="Prrafodelista"/>
        <w:numPr>
          <w:ilvl w:val="0"/>
          <w:numId w:val="10"/>
        </w:numPr>
        <w:jc w:val="both"/>
      </w:pPr>
      <w:r>
        <w:br w:type="page"/>
      </w:r>
    </w:p>
    <w:p w14:paraId="19DECBE6" w14:textId="77777777" w:rsidR="000126DC" w:rsidRDefault="00000000" w:rsidP="002052DB">
      <w:pPr>
        <w:jc w:val="center"/>
      </w:pPr>
      <w:r>
        <w:rPr>
          <w:b/>
          <w:sz w:val="30"/>
        </w:rPr>
        <w:lastRenderedPageBreak/>
        <w:t>MODELO PARA PRESENTACIÓN ELECTRÓNICA GENERAL</w:t>
      </w:r>
    </w:p>
    <w:p w14:paraId="13410109" w14:textId="3202FB54" w:rsidR="000126DC" w:rsidRDefault="00000000" w:rsidP="002052DB">
      <w:pPr>
        <w:spacing w:after="100"/>
        <w:jc w:val="both"/>
        <w:rPr>
          <w:b/>
        </w:rPr>
      </w:pPr>
      <w:r>
        <w:rPr>
          <w:b/>
        </w:rPr>
        <w:t>Destinatario:</w:t>
      </w:r>
      <w:r>
        <w:t xml:space="preserve"> Consejería de Desarrollo Educativo y Formación Profesional → </w:t>
      </w:r>
      <w:r>
        <w:rPr>
          <w:b/>
        </w:rPr>
        <w:t xml:space="preserve">Delegación Territorial de </w:t>
      </w:r>
      <w:proofErr w:type="spellStart"/>
      <w:r>
        <w:rPr>
          <w:b/>
        </w:rPr>
        <w:t>Educación</w:t>
      </w:r>
      <w:proofErr w:type="spellEnd"/>
      <w:r>
        <w:rPr>
          <w:b/>
        </w:rPr>
        <w:t xml:space="preserve"> </w:t>
      </w:r>
      <w:proofErr w:type="spellStart"/>
      <w:r>
        <w:rPr>
          <w:b/>
        </w:rPr>
        <w:t>en</w:t>
      </w:r>
      <w:proofErr w:type="spellEnd"/>
      <w:r>
        <w:rPr>
          <w:b/>
        </w:rPr>
        <w:t xml:space="preserve"> </w:t>
      </w:r>
      <w:r w:rsidR="002052DB">
        <w:rPr>
          <w:b/>
        </w:rPr>
        <w:t>______________</w:t>
      </w:r>
    </w:p>
    <w:p w14:paraId="741A54B2" w14:textId="77777777" w:rsidR="002052DB" w:rsidRDefault="002052DB" w:rsidP="002052DB">
      <w:pPr>
        <w:spacing w:after="100"/>
        <w:jc w:val="both"/>
      </w:pPr>
    </w:p>
    <w:p w14:paraId="3FD17EE0" w14:textId="77777777" w:rsidR="000126DC" w:rsidRDefault="00000000" w:rsidP="002052DB">
      <w:pPr>
        <w:jc w:val="both"/>
      </w:pPr>
      <w:r>
        <w:rPr>
          <w:b/>
          <w:sz w:val="24"/>
        </w:rPr>
        <w:t>ASUNTO</w:t>
      </w:r>
    </w:p>
    <w:p w14:paraId="62FD3196" w14:textId="77777777" w:rsidR="000126DC" w:rsidRDefault="00000000" w:rsidP="002052DB">
      <w:pPr>
        <w:spacing w:after="100"/>
        <w:ind w:firstLine="720"/>
        <w:jc w:val="both"/>
      </w:pPr>
      <w:r>
        <w:rPr>
          <w:b/>
        </w:rPr>
        <w:t>Solicitud de información, acceso al expediente e identificación de la base jurídica de la itinerancia o desempeño en más de un centro – Especialidad 037 Audición y Lenguaje.</w:t>
      </w:r>
    </w:p>
    <w:p w14:paraId="211A4309" w14:textId="77777777" w:rsidR="002052DB" w:rsidRDefault="002052DB" w:rsidP="002052DB">
      <w:pPr>
        <w:jc w:val="both"/>
        <w:rPr>
          <w:b/>
          <w:sz w:val="24"/>
        </w:rPr>
      </w:pPr>
    </w:p>
    <w:p w14:paraId="26643C02" w14:textId="313032D1" w:rsidR="000126DC" w:rsidRDefault="00000000" w:rsidP="002052DB">
      <w:pPr>
        <w:jc w:val="both"/>
      </w:pPr>
      <w:r>
        <w:rPr>
          <w:b/>
          <w:sz w:val="24"/>
        </w:rPr>
        <w:t>EXPONE</w:t>
      </w:r>
    </w:p>
    <w:p w14:paraId="6E5EDD82" w14:textId="77777777" w:rsidR="000126DC" w:rsidRDefault="00000000" w:rsidP="002052DB">
      <w:pPr>
        <w:spacing w:after="100"/>
        <w:jc w:val="both"/>
      </w:pPr>
      <w:r>
        <w:rPr>
          <w:b/>
        </w:rPr>
        <w:t>Primero.</w:t>
      </w:r>
      <w:r>
        <w:t xml:space="preserve"> Que obtuve el puesto que actualmente desempeño mediante </w:t>
      </w:r>
      <w:r>
        <w:rPr>
          <w:b/>
        </w:rPr>
        <w:t>[CONCURSO DE TRASLADOS / COLOCACIÓN DE EFECTIVOS]</w:t>
      </w:r>
      <w:r>
        <w:t>, correspondiente al curso [CURSO], resultando adjudicado el puesto de la especialidad 037 Audición y Lenguaje en [CENTRO], localidad de [LOCALIDAD].</w:t>
      </w:r>
    </w:p>
    <w:p w14:paraId="4864BAB0" w14:textId="77777777" w:rsidR="000126DC" w:rsidRDefault="00000000" w:rsidP="002052DB">
      <w:pPr>
        <w:spacing w:after="100"/>
        <w:jc w:val="both"/>
      </w:pPr>
      <w:r>
        <w:rPr>
          <w:b/>
        </w:rPr>
        <w:t>Segundo.</w:t>
      </w:r>
      <w:r>
        <w:t xml:space="preserve"> Que, según la información y documentación disponible en el procedimiento de provisión en el que participé, el puesto fue ofertado y adjudicado referido al citado centro y no constaba expresamente identificado como puesto itinerante ni como puesto que implicara el desempeño en más de un centro [adaptar si existe alguna mención].</w:t>
      </w:r>
    </w:p>
    <w:p w14:paraId="5B5AD285" w14:textId="77777777" w:rsidR="000126DC" w:rsidRDefault="00000000" w:rsidP="002052DB">
      <w:pPr>
        <w:spacing w:after="100"/>
        <w:jc w:val="both"/>
      </w:pPr>
      <w:r>
        <w:rPr>
          <w:b/>
        </w:rPr>
        <w:t>Tercero.</w:t>
      </w:r>
      <w:r>
        <w:t xml:space="preserve"> Que posteriormente se me ha comunicado/indicado que debo prestar servicios también en [SEGUNDO CENTRO], lo que supone desempeñar el puesto en más de un centro y/o realizar desplazamientos entre centros.</w:t>
      </w:r>
    </w:p>
    <w:p w14:paraId="464B1753" w14:textId="77777777" w:rsidR="000126DC" w:rsidRDefault="00000000" w:rsidP="002052DB">
      <w:pPr>
        <w:spacing w:after="100"/>
        <w:jc w:val="both"/>
      </w:pPr>
      <w:r>
        <w:rPr>
          <w:b/>
        </w:rPr>
        <w:t>Cuarto.</w:t>
      </w:r>
      <w:r>
        <w:t xml:space="preserve"> Que la Orden de 20 de agosto de 2010 contempla la prestación del profesorado especializado con carácter fijo en su centro o con carácter itinerante y regula, asimismo, el horario del profesorado que desempeña puestos compartidos con otros centros. Considero necesario conocer la concreta configuración administrativa del puesto que me fue adjudicado.</w:t>
      </w:r>
    </w:p>
    <w:p w14:paraId="49CAB148" w14:textId="77777777" w:rsidR="000126DC" w:rsidRDefault="00000000" w:rsidP="002052DB">
      <w:pPr>
        <w:spacing w:after="100"/>
        <w:jc w:val="both"/>
      </w:pPr>
      <w:r>
        <w:rPr>
          <w:b/>
        </w:rPr>
        <w:t>Quinto.</w:t>
      </w:r>
      <w:r>
        <w:t xml:space="preserve"> Que el artículo 24.3 del Decreto 302/2010 establece que deben identificarse los puestos de trabajo itinerantes y los que impliquen su desempeño en más de un centro, por lo que solicito conocer cómo estaba identificada esta característica, en su caso, en el momento de la oferta y adjudicación y cuál es el fundamento de la exigencia actual.</w:t>
      </w:r>
    </w:p>
    <w:p w14:paraId="654C2F19" w14:textId="77777777" w:rsidR="002052DB" w:rsidRDefault="002052DB" w:rsidP="002052DB">
      <w:pPr>
        <w:jc w:val="both"/>
        <w:rPr>
          <w:b/>
          <w:sz w:val="24"/>
        </w:rPr>
      </w:pPr>
    </w:p>
    <w:p w14:paraId="7FFFE0BB" w14:textId="078A7236" w:rsidR="000126DC" w:rsidRDefault="00000000" w:rsidP="002052DB">
      <w:pPr>
        <w:jc w:val="both"/>
      </w:pPr>
      <w:r>
        <w:rPr>
          <w:b/>
          <w:sz w:val="24"/>
        </w:rPr>
        <w:t>SOLICITA</w:t>
      </w:r>
    </w:p>
    <w:p w14:paraId="165D7460" w14:textId="77777777" w:rsidR="000126DC" w:rsidRDefault="00000000" w:rsidP="002052DB">
      <w:pPr>
        <w:spacing w:after="100"/>
        <w:jc w:val="both"/>
      </w:pPr>
      <w:r>
        <w:rPr>
          <w:b/>
        </w:rPr>
        <w:t>1.</w:t>
      </w:r>
      <w:r>
        <w:t xml:space="preserve"> Que se identifique expresamente el puesto que desempeño, indicando código, especialidad 037 Audición y Lenguaje, centro de adscripción, localidad y si tiene carácter ordinario, específico, itinerante o compartido, así como si implica desempeño en uno o varios centros.</w:t>
      </w:r>
    </w:p>
    <w:p w14:paraId="1A4645E4" w14:textId="77777777" w:rsidR="000126DC" w:rsidRDefault="00000000" w:rsidP="002052DB">
      <w:pPr>
        <w:spacing w:after="100"/>
        <w:jc w:val="both"/>
      </w:pPr>
      <w:r>
        <w:rPr>
          <w:b/>
        </w:rPr>
        <w:t>2.</w:t>
      </w:r>
      <w:r>
        <w:t xml:space="preserve"> Que se facilite copia de la documentación correspondiente a la oferta y adjudicación del puesto, incluida la relación de vacantes, plantilla y documentos donde constaran sus características.</w:t>
      </w:r>
    </w:p>
    <w:p w14:paraId="14F40C74" w14:textId="77777777" w:rsidR="000126DC" w:rsidRDefault="00000000" w:rsidP="002052DB">
      <w:pPr>
        <w:spacing w:after="100"/>
        <w:jc w:val="both"/>
      </w:pPr>
      <w:r>
        <w:rPr>
          <w:b/>
        </w:rPr>
        <w:t>3.</w:t>
      </w:r>
      <w:r>
        <w:t xml:space="preserve"> Que se indique expresamente si, en el momento de la oferta y adjudicación, el puesto tenía consideración de itinerante o implicaba desempeño en más de un centro.</w:t>
      </w:r>
    </w:p>
    <w:p w14:paraId="718E82B3" w14:textId="77777777" w:rsidR="000126DC" w:rsidRDefault="00000000" w:rsidP="002052DB">
      <w:pPr>
        <w:spacing w:after="100"/>
        <w:jc w:val="both"/>
      </w:pPr>
      <w:r>
        <w:rPr>
          <w:b/>
        </w:rPr>
        <w:t>4.</w:t>
      </w:r>
      <w:r>
        <w:t xml:space="preserve"> En caso afirmativo, que se identifique el documento concreto en el que dicha característica constaba y se facilite copia, indicando cómo fue puesta en conocimiento de las personas participantes.</w:t>
      </w:r>
    </w:p>
    <w:p w14:paraId="0338EE97" w14:textId="77777777" w:rsidR="000126DC" w:rsidRDefault="00000000" w:rsidP="002052DB">
      <w:pPr>
        <w:spacing w:after="100"/>
        <w:jc w:val="both"/>
      </w:pPr>
      <w:r>
        <w:rPr>
          <w:b/>
        </w:rPr>
        <w:t>5.</w:t>
      </w:r>
      <w:r>
        <w:t xml:space="preserve"> En caso de que dicha característica no constara al ofertarse y adjudicarse el puesto, que se indique qué acto o modificación posterior determina actualmente la itinerancia o el desempeño en más de un centro, qué órgano la acordó, en qué fecha, mediante qué procedimiento, con qué fundamento jurídico y desde qué fecha produce efectos.</w:t>
      </w:r>
    </w:p>
    <w:p w14:paraId="3A25B726" w14:textId="77777777" w:rsidR="000126DC" w:rsidRDefault="00000000" w:rsidP="002052DB">
      <w:pPr>
        <w:spacing w:after="100"/>
        <w:jc w:val="both"/>
      </w:pPr>
      <w:r>
        <w:rPr>
          <w:b/>
        </w:rPr>
        <w:t>6.</w:t>
      </w:r>
      <w:r>
        <w:t xml:space="preserve"> Que se facilite copia del acto administrativo, resolución, instrucción, informe o planificación de la Delegación que fundamenta específicamente que el puesto que desempeño deba prestarse también en [SEGUNDO CENTRO].</w:t>
      </w:r>
    </w:p>
    <w:p w14:paraId="53F011A9" w14:textId="77777777" w:rsidR="000126DC" w:rsidRDefault="00000000" w:rsidP="002052DB">
      <w:pPr>
        <w:spacing w:after="100"/>
        <w:jc w:val="both"/>
      </w:pPr>
      <w:r>
        <w:rPr>
          <w:b/>
        </w:rPr>
        <w:lastRenderedPageBreak/>
        <w:t>7.</w:t>
      </w:r>
      <w:r>
        <w:t xml:space="preserve"> Que se identifique, en su caso, si la condición de itinerancia/desempeño en más de un centro deriva de la configuración del puesto como voluntario, EOE, específico, CPR u otra categoría, y se indique la norma y convocatoria que lo establecen.</w:t>
      </w:r>
    </w:p>
    <w:p w14:paraId="3BE25D9B" w14:textId="77777777" w:rsidR="000126DC" w:rsidRDefault="00000000" w:rsidP="002052DB">
      <w:pPr>
        <w:spacing w:after="100"/>
        <w:jc w:val="both"/>
      </w:pPr>
      <w:r>
        <w:rPr>
          <w:b/>
        </w:rPr>
        <w:t>8.</w:t>
      </w:r>
      <w:r>
        <w:t xml:space="preserve"> Que se me facilite acceso y copia del expediente administrativo relacionado con la adjudicación del puesto y con la decisión de que deba prestar servicios en más de un centro.</w:t>
      </w:r>
    </w:p>
    <w:p w14:paraId="762DDBA5" w14:textId="77777777" w:rsidR="000126DC" w:rsidRDefault="00000000" w:rsidP="002052DB">
      <w:pPr>
        <w:spacing w:after="100"/>
        <w:jc w:val="both"/>
      </w:pPr>
      <w:r>
        <w:rPr>
          <w:b/>
        </w:rPr>
        <w:t>9.</w:t>
      </w:r>
      <w:r>
        <w:t xml:space="preserve"> Que se indique expresamente la norma y el acto administrativo concreto en virtud de los cuales la Administración considera que el puesto adjudicado tiene actualmente carácter itinerante o implica desempeño en más de un centro.</w:t>
      </w:r>
    </w:p>
    <w:p w14:paraId="58504F10" w14:textId="77777777" w:rsidR="000126DC" w:rsidRDefault="00000000" w:rsidP="002052DB">
      <w:pPr>
        <w:spacing w:after="100"/>
        <w:jc w:val="both"/>
      </w:pPr>
      <w:r>
        <w:rPr>
          <w:b/>
        </w:rPr>
        <w:t>10.</w:t>
      </w:r>
      <w:r>
        <w:t xml:space="preserve"> Que la respuesta sea emitida por escrito y notificada formalmente, con indicación, en su caso, de los recursos que procedan.</w:t>
      </w:r>
    </w:p>
    <w:p w14:paraId="40C3DD77" w14:textId="77777777" w:rsidR="002052DB" w:rsidRDefault="002052DB" w:rsidP="002052DB">
      <w:pPr>
        <w:jc w:val="both"/>
        <w:rPr>
          <w:b/>
          <w:sz w:val="24"/>
        </w:rPr>
      </w:pPr>
    </w:p>
    <w:p w14:paraId="1BF5F80D" w14:textId="36B7B5BD" w:rsidR="000126DC" w:rsidRDefault="00000000" w:rsidP="002052DB">
      <w:pPr>
        <w:jc w:val="both"/>
      </w:pPr>
      <w:r>
        <w:rPr>
          <w:b/>
          <w:sz w:val="24"/>
        </w:rPr>
        <w:t>OTROSÍ DIGO</w:t>
      </w:r>
    </w:p>
    <w:p w14:paraId="4639B907" w14:textId="77777777" w:rsidR="000126DC" w:rsidRDefault="00000000" w:rsidP="002052DB">
      <w:pPr>
        <w:spacing w:after="100"/>
        <w:ind w:firstLine="720"/>
        <w:jc w:val="both"/>
      </w:pPr>
      <w:r>
        <w:t>Que esta solicitud tiene por objeto conocer y documentar las características del puesto adjudicado y la base jurídica y administrativa de la decisión comunicada, sin perjuicio de las alegaciones, actuaciones o recursos que pudieran corresponder una vez conocida la documentación solicitada.</w:t>
      </w:r>
    </w:p>
    <w:p w14:paraId="2F7C2520" w14:textId="77777777" w:rsidR="000126DC" w:rsidRDefault="00000000" w:rsidP="002052DB">
      <w:pPr>
        <w:spacing w:after="100"/>
        <w:jc w:val="both"/>
      </w:pPr>
      <w:r>
        <w:t>En [LOCALIDAD], a [FECHA].</w:t>
      </w:r>
      <w:r>
        <w:br/>
      </w:r>
      <w:r>
        <w:br/>
        <w:t>Firma: [NOMBRE Y APELLIDOS]</w:t>
      </w:r>
    </w:p>
    <w:p w14:paraId="48A8FF76" w14:textId="77777777" w:rsidR="000126DC" w:rsidRDefault="00000000" w:rsidP="002052DB">
      <w:pPr>
        <w:jc w:val="both"/>
      </w:pPr>
      <w:r>
        <w:br w:type="page"/>
      </w:r>
    </w:p>
    <w:p w14:paraId="165D2C9C" w14:textId="77777777" w:rsidR="000126DC" w:rsidRDefault="00000000" w:rsidP="002052DB">
      <w:pPr>
        <w:jc w:val="center"/>
      </w:pPr>
      <w:r>
        <w:rPr>
          <w:b/>
          <w:sz w:val="30"/>
        </w:rPr>
        <w:lastRenderedPageBreak/>
        <w:t>TEXTO BREVE PARA LOS CAMPOS EXPONE / SOLICITA DE LA PEG</w:t>
      </w:r>
    </w:p>
    <w:p w14:paraId="0F850EE1" w14:textId="77777777" w:rsidR="000126DC" w:rsidRDefault="00000000" w:rsidP="002052DB">
      <w:pPr>
        <w:jc w:val="both"/>
      </w:pPr>
      <w:r>
        <w:rPr>
          <w:b/>
          <w:sz w:val="24"/>
        </w:rPr>
        <w:t>EXPONE</w:t>
      </w:r>
    </w:p>
    <w:p w14:paraId="7E9875AC" w14:textId="77777777" w:rsidR="000126DC" w:rsidRDefault="00000000" w:rsidP="002052DB">
      <w:pPr>
        <w:spacing w:after="100"/>
        <w:ind w:firstLine="720"/>
        <w:jc w:val="both"/>
      </w:pPr>
      <w:r>
        <w:t>Que soy funcionario/a del Cuerpo de Maestros, especialidad 037 Audición y Lenguaje, y obtuve el puesto que actualmente desempeño mediante [CONCURSO DE TRASLADOS / COLOCACIÓN DE EFECTIVOS], resultando adjudicado el puesto en [CENTRO]. Según la información disponible en el procedimiento de provisión, el puesto no aparecía identificado como itinerante ni como puesto que implicara desempeño en más de un centro. Actualmente se me comunica que debo prestar servicios también en [SEGUNDO CENTRO]. Solicito conocer la configuración administrativa del puesto y la base jurídica y documental de esta exigencia.</w:t>
      </w:r>
    </w:p>
    <w:p w14:paraId="5DFD239C" w14:textId="77777777" w:rsidR="002052DB" w:rsidRDefault="002052DB" w:rsidP="002052DB">
      <w:pPr>
        <w:jc w:val="both"/>
        <w:rPr>
          <w:b/>
          <w:sz w:val="24"/>
        </w:rPr>
      </w:pPr>
    </w:p>
    <w:p w14:paraId="39E74092" w14:textId="24F82055" w:rsidR="000126DC" w:rsidRDefault="00000000" w:rsidP="002052DB">
      <w:pPr>
        <w:jc w:val="both"/>
      </w:pPr>
      <w:r>
        <w:rPr>
          <w:b/>
          <w:sz w:val="24"/>
        </w:rPr>
        <w:t>SOLICITA</w:t>
      </w:r>
    </w:p>
    <w:p w14:paraId="77A4E8E4" w14:textId="77777777" w:rsidR="000126DC" w:rsidRDefault="00000000" w:rsidP="002052DB">
      <w:pPr>
        <w:spacing w:after="100"/>
        <w:ind w:firstLine="720"/>
        <w:jc w:val="both"/>
      </w:pPr>
      <w:r>
        <w:t>Que se identifique el carácter del puesto y se facilite la documentación de su oferta y adjudicación; que se indique si en aquel momento era itinerante o implicaba desempeño en más de un centro y, en caso afirmativo, dónde estaba expresamente identificado; y que, si dicha característica no constaba entonces, se identifique el acto administrativo posterior, órgano, fecha, procedimiento, fundamento jurídico y planificación que determina actualmente la itinerancia o el desempeño en más de un centro. Solicito asimismo copia del expediente y respuesta expresa y por escrito.</w:t>
      </w:r>
    </w:p>
    <w:sectPr w:rsidR="000126DC" w:rsidSect="00034616">
      <w:pgSz w:w="12240" w:h="15840"/>
      <w:pgMar w:top="907" w:right="964" w:bottom="907" w:left="9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3F89326B"/>
    <w:multiLevelType w:val="hybridMultilevel"/>
    <w:tmpl w:val="40403EAA"/>
    <w:lvl w:ilvl="0" w:tplc="040A0003">
      <w:start w:val="1"/>
      <w:numFmt w:val="bullet"/>
      <w:lvlText w:val="o"/>
      <w:lvlJc w:val="left"/>
      <w:pPr>
        <w:ind w:left="720" w:hanging="360"/>
      </w:pPr>
      <w:rPr>
        <w:rFonts w:ascii="Courier New" w:hAnsi="Courier New" w:cs="Courier New" w:hint="default"/>
      </w:rPr>
    </w:lvl>
    <w:lvl w:ilvl="1" w:tplc="94B8BC9E">
      <w:numFmt w:val="bullet"/>
      <w:lvlText w:val="•"/>
      <w:lvlJc w:val="left"/>
      <w:pPr>
        <w:ind w:left="1440" w:hanging="360"/>
      </w:pPr>
      <w:rPr>
        <w:rFonts w:ascii="Arial" w:eastAsiaTheme="minorEastAsia" w:hAnsi="Arial" w:cs="Arial"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16cid:durableId="1762212883">
    <w:abstractNumId w:val="8"/>
  </w:num>
  <w:num w:numId="2" w16cid:durableId="1388576833">
    <w:abstractNumId w:val="6"/>
  </w:num>
  <w:num w:numId="3" w16cid:durableId="1606839754">
    <w:abstractNumId w:val="5"/>
  </w:num>
  <w:num w:numId="4" w16cid:durableId="2137214948">
    <w:abstractNumId w:val="4"/>
  </w:num>
  <w:num w:numId="5" w16cid:durableId="1036734772">
    <w:abstractNumId w:val="7"/>
  </w:num>
  <w:num w:numId="6" w16cid:durableId="254747275">
    <w:abstractNumId w:val="3"/>
  </w:num>
  <w:num w:numId="7" w16cid:durableId="1060402096">
    <w:abstractNumId w:val="2"/>
  </w:num>
  <w:num w:numId="8" w16cid:durableId="1000812409">
    <w:abstractNumId w:val="1"/>
  </w:num>
  <w:num w:numId="9" w16cid:durableId="851913452">
    <w:abstractNumId w:val="0"/>
  </w:num>
  <w:num w:numId="10" w16cid:durableId="1482113356">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6"/>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6DC"/>
    <w:rsid w:val="00034616"/>
    <w:rsid w:val="0006063C"/>
    <w:rsid w:val="0015074B"/>
    <w:rsid w:val="002052DB"/>
    <w:rsid w:val="0029639D"/>
    <w:rsid w:val="00326F90"/>
    <w:rsid w:val="004F4690"/>
    <w:rsid w:val="00AA1D8D"/>
    <w:rsid w:val="00B47730"/>
    <w:rsid w:val="00CB0664"/>
    <w:rsid w:val="00EA773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378E1E3"/>
  <w14:defaultImageDpi w14:val="300"/>
  <w15:docId w15:val="{4B88B483-B0AA-C645-B39D-8CB136CBE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uerte">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semiHidden/>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1270</Words>
  <Characters>7154</Characters>
  <Application>Microsoft Office Word</Application>
  <DocSecurity>0</DocSecurity>
  <Lines>108</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ILY .</cp:lastModifiedBy>
  <cp:revision>3</cp:revision>
  <dcterms:created xsi:type="dcterms:W3CDTF">2026-09-07T13:13:00Z</dcterms:created>
  <dcterms:modified xsi:type="dcterms:W3CDTF">2026-09-07T13:18:00Z</dcterms:modified>
  <cp:category/>
</cp:coreProperties>
</file>